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59F2" w14:textId="77777777" w:rsidR="00BF4D60" w:rsidRDefault="00000000">
      <w:pPr>
        <w:pStyle w:val="Title"/>
        <w:jc w:val="center"/>
      </w:pPr>
      <w:r>
        <w:t>Skin@Bath 2026 - Programme at a Glance</w:t>
      </w:r>
    </w:p>
    <w:p w14:paraId="4F34857C" w14:textId="77777777" w:rsidR="00BF4D60" w:rsidRDefault="00000000">
      <w:pPr>
        <w:jc w:val="center"/>
      </w:pPr>
      <w:r>
        <w:t>10-11 December 2026</w:t>
      </w:r>
      <w:r>
        <w:br/>
        <w:t>Guildhall, Bath, United Kingdom</w:t>
      </w:r>
    </w:p>
    <w:p w14:paraId="2CF1C775" w14:textId="77777777" w:rsidR="00BF4D60" w:rsidRDefault="00000000">
      <w:pPr>
        <w:pStyle w:val="Heading1"/>
      </w:pPr>
      <w:r>
        <w:t>Thursday 10 December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BF4D60" w14:paraId="2E03F784" w14:textId="77777777">
        <w:tc>
          <w:tcPr>
            <w:tcW w:w="4320" w:type="dxa"/>
          </w:tcPr>
          <w:p w14:paraId="527D8C13" w14:textId="77777777" w:rsidR="00BF4D60" w:rsidRDefault="00000000">
            <w:r>
              <w:t>Time</w:t>
            </w:r>
          </w:p>
        </w:tc>
        <w:tc>
          <w:tcPr>
            <w:tcW w:w="4320" w:type="dxa"/>
          </w:tcPr>
          <w:p w14:paraId="35739410" w14:textId="77777777" w:rsidR="00BF4D60" w:rsidRDefault="00000000">
            <w:r>
              <w:t>Activity</w:t>
            </w:r>
          </w:p>
        </w:tc>
      </w:tr>
      <w:tr w:rsidR="00BF4D60" w14:paraId="1F760504" w14:textId="77777777">
        <w:tc>
          <w:tcPr>
            <w:tcW w:w="4320" w:type="dxa"/>
          </w:tcPr>
          <w:p w14:paraId="693B444A" w14:textId="77777777" w:rsidR="00BF4D60" w:rsidRDefault="00000000">
            <w:r>
              <w:t>08:00-08:30</w:t>
            </w:r>
          </w:p>
        </w:tc>
        <w:tc>
          <w:tcPr>
            <w:tcW w:w="4320" w:type="dxa"/>
          </w:tcPr>
          <w:p w14:paraId="21B7B3B6" w14:textId="77777777" w:rsidR="00BF4D60" w:rsidRDefault="00000000">
            <w:r>
              <w:t>Registration &amp; Refreshments</w:t>
            </w:r>
          </w:p>
        </w:tc>
      </w:tr>
      <w:tr w:rsidR="00BF4D60" w14:paraId="03D07A89" w14:textId="77777777">
        <w:tc>
          <w:tcPr>
            <w:tcW w:w="4320" w:type="dxa"/>
          </w:tcPr>
          <w:p w14:paraId="0DAB3144" w14:textId="77777777" w:rsidR="00BF4D60" w:rsidRDefault="00000000">
            <w:r>
              <w:t>08:30-10:15</w:t>
            </w:r>
          </w:p>
        </w:tc>
        <w:tc>
          <w:tcPr>
            <w:tcW w:w="4320" w:type="dxa"/>
          </w:tcPr>
          <w:p w14:paraId="7B8DA3C3" w14:textId="77777777" w:rsidR="00BF4D60" w:rsidRDefault="00000000">
            <w:r>
              <w:t>Opening Ceremony &amp; Session 1a: Innovations in Skin Health</w:t>
            </w:r>
          </w:p>
        </w:tc>
      </w:tr>
      <w:tr w:rsidR="00BF4D60" w14:paraId="59DB4A3E" w14:textId="77777777">
        <w:tc>
          <w:tcPr>
            <w:tcW w:w="4320" w:type="dxa"/>
          </w:tcPr>
          <w:p w14:paraId="6FF995A2" w14:textId="77777777" w:rsidR="00BF4D60" w:rsidRDefault="00000000">
            <w:r>
              <w:t>10:15-10:45</w:t>
            </w:r>
          </w:p>
        </w:tc>
        <w:tc>
          <w:tcPr>
            <w:tcW w:w="4320" w:type="dxa"/>
          </w:tcPr>
          <w:p w14:paraId="54EE6D13" w14:textId="77777777" w:rsidR="00BF4D60" w:rsidRDefault="00000000">
            <w:r>
              <w:t>Coffee Break &amp; Poster Viewing</w:t>
            </w:r>
          </w:p>
        </w:tc>
      </w:tr>
      <w:tr w:rsidR="00BF4D60" w14:paraId="7E45E241" w14:textId="77777777">
        <w:tc>
          <w:tcPr>
            <w:tcW w:w="4320" w:type="dxa"/>
          </w:tcPr>
          <w:p w14:paraId="4CBC0C48" w14:textId="77777777" w:rsidR="00BF4D60" w:rsidRDefault="00000000">
            <w:r>
              <w:t>10:45-12:30</w:t>
            </w:r>
          </w:p>
        </w:tc>
        <w:tc>
          <w:tcPr>
            <w:tcW w:w="4320" w:type="dxa"/>
          </w:tcPr>
          <w:p w14:paraId="6530053D" w14:textId="77777777" w:rsidR="00BF4D60" w:rsidRDefault="00000000">
            <w:r>
              <w:t>Session 1b: Environmental Stressors, Skin Ageing and Therapeutic Strategies</w:t>
            </w:r>
          </w:p>
        </w:tc>
      </w:tr>
      <w:tr w:rsidR="00BF4D60" w14:paraId="43E1AA95" w14:textId="77777777">
        <w:tc>
          <w:tcPr>
            <w:tcW w:w="4320" w:type="dxa"/>
          </w:tcPr>
          <w:p w14:paraId="5A05C36F" w14:textId="77777777" w:rsidR="00BF4D60" w:rsidRDefault="00000000">
            <w:r>
              <w:t>12:30-13:55</w:t>
            </w:r>
          </w:p>
        </w:tc>
        <w:tc>
          <w:tcPr>
            <w:tcW w:w="4320" w:type="dxa"/>
          </w:tcPr>
          <w:p w14:paraId="2A2761DA" w14:textId="77777777" w:rsidR="00BF4D60" w:rsidRDefault="00000000">
            <w:r>
              <w:t>Lunch, Poster Exhibition &amp; Industry Satellite Meetings</w:t>
            </w:r>
          </w:p>
        </w:tc>
      </w:tr>
      <w:tr w:rsidR="00BF4D60" w14:paraId="5A49FE4F" w14:textId="77777777">
        <w:tc>
          <w:tcPr>
            <w:tcW w:w="4320" w:type="dxa"/>
          </w:tcPr>
          <w:p w14:paraId="4359ED6C" w14:textId="77777777" w:rsidR="00BF4D60" w:rsidRDefault="00000000">
            <w:r>
              <w:t>13:55-15:38</w:t>
            </w:r>
          </w:p>
        </w:tc>
        <w:tc>
          <w:tcPr>
            <w:tcW w:w="4320" w:type="dxa"/>
          </w:tcPr>
          <w:p w14:paraId="6BF61329" w14:textId="77777777" w:rsidR="00BF4D60" w:rsidRDefault="00000000">
            <w:r>
              <w:t>Session 2: Photonics, Sensing and Light-Activated Therapeutics in Skin Health</w:t>
            </w:r>
          </w:p>
        </w:tc>
      </w:tr>
      <w:tr w:rsidR="00BF4D60" w14:paraId="271AC4AC" w14:textId="77777777">
        <w:tc>
          <w:tcPr>
            <w:tcW w:w="4320" w:type="dxa"/>
          </w:tcPr>
          <w:p w14:paraId="63AE049F" w14:textId="77777777" w:rsidR="00BF4D60" w:rsidRDefault="00000000">
            <w:r>
              <w:t>15:38-16:01</w:t>
            </w:r>
          </w:p>
        </w:tc>
        <w:tc>
          <w:tcPr>
            <w:tcW w:w="4320" w:type="dxa"/>
          </w:tcPr>
          <w:p w14:paraId="25F4457E" w14:textId="77777777" w:rsidR="00BF4D60" w:rsidRDefault="00000000">
            <w:r>
              <w:t>Industry Session</w:t>
            </w:r>
          </w:p>
        </w:tc>
      </w:tr>
      <w:tr w:rsidR="00BF4D60" w14:paraId="2D5BAD2D" w14:textId="77777777">
        <w:tc>
          <w:tcPr>
            <w:tcW w:w="4320" w:type="dxa"/>
          </w:tcPr>
          <w:p w14:paraId="48F7C26A" w14:textId="77777777" w:rsidR="00BF4D60" w:rsidRDefault="00000000">
            <w:r>
              <w:t>16:01-16:25</w:t>
            </w:r>
          </w:p>
        </w:tc>
        <w:tc>
          <w:tcPr>
            <w:tcW w:w="4320" w:type="dxa"/>
          </w:tcPr>
          <w:p w14:paraId="63EA44BB" w14:textId="77777777" w:rsidR="00BF4D60" w:rsidRDefault="00000000">
            <w:r>
              <w:t>Tea/Coffee Break &amp; Poster Viewing</w:t>
            </w:r>
          </w:p>
        </w:tc>
      </w:tr>
      <w:tr w:rsidR="00BF4D60" w14:paraId="36AA0335" w14:textId="77777777">
        <w:tc>
          <w:tcPr>
            <w:tcW w:w="4320" w:type="dxa"/>
          </w:tcPr>
          <w:p w14:paraId="310F58C3" w14:textId="77777777" w:rsidR="00BF4D60" w:rsidRDefault="00000000">
            <w:r>
              <w:t>16:25-18:10</w:t>
            </w:r>
          </w:p>
        </w:tc>
        <w:tc>
          <w:tcPr>
            <w:tcW w:w="4320" w:type="dxa"/>
          </w:tcPr>
          <w:p w14:paraId="34CCFA45" w14:textId="77777777" w:rsidR="00BF4D60" w:rsidRDefault="00000000">
            <w:r>
              <w:t>Session 3: Redox Biology, Mitochondrial Health and Emerging Therapeutic Frontiers</w:t>
            </w:r>
          </w:p>
        </w:tc>
      </w:tr>
      <w:tr w:rsidR="00BF4D60" w14:paraId="0C2DCAF2" w14:textId="77777777">
        <w:tc>
          <w:tcPr>
            <w:tcW w:w="4320" w:type="dxa"/>
          </w:tcPr>
          <w:p w14:paraId="3349CF70" w14:textId="77777777" w:rsidR="00BF4D60" w:rsidRDefault="00000000">
            <w:r>
              <w:t>18:10-18:45</w:t>
            </w:r>
          </w:p>
        </w:tc>
        <w:tc>
          <w:tcPr>
            <w:tcW w:w="4320" w:type="dxa"/>
          </w:tcPr>
          <w:p w14:paraId="31A7C498" w14:textId="77777777" w:rsidR="00BF4D60" w:rsidRDefault="00000000">
            <w:r>
              <w:t>Provost's Welcome &amp; Conference Awards</w:t>
            </w:r>
          </w:p>
        </w:tc>
      </w:tr>
      <w:tr w:rsidR="00BF4D60" w14:paraId="73A4D184" w14:textId="77777777">
        <w:tc>
          <w:tcPr>
            <w:tcW w:w="4320" w:type="dxa"/>
          </w:tcPr>
          <w:p w14:paraId="53CF6394" w14:textId="77777777" w:rsidR="00BF4D60" w:rsidRDefault="00000000">
            <w:r>
              <w:t>18:45-19:30</w:t>
            </w:r>
          </w:p>
        </w:tc>
        <w:tc>
          <w:tcPr>
            <w:tcW w:w="4320" w:type="dxa"/>
          </w:tcPr>
          <w:p w14:paraId="562C1169" w14:textId="77777777" w:rsidR="00BF4D60" w:rsidRDefault="00000000">
            <w:r>
              <w:t>Walk to Apex Hotel &amp; Dinner Reception</w:t>
            </w:r>
          </w:p>
        </w:tc>
      </w:tr>
      <w:tr w:rsidR="00BF4D60" w14:paraId="5642B1DC" w14:textId="77777777">
        <w:tc>
          <w:tcPr>
            <w:tcW w:w="4320" w:type="dxa"/>
          </w:tcPr>
          <w:p w14:paraId="1506B622" w14:textId="77777777" w:rsidR="00BF4D60" w:rsidRDefault="00000000">
            <w:r>
              <w:t>19:30-23:00</w:t>
            </w:r>
          </w:p>
        </w:tc>
        <w:tc>
          <w:tcPr>
            <w:tcW w:w="4320" w:type="dxa"/>
          </w:tcPr>
          <w:p w14:paraId="3D85EF86" w14:textId="77777777" w:rsidR="00BF4D60" w:rsidRDefault="00000000">
            <w:r>
              <w:t>Drinks Reception &amp; Conference Banquet Dinner (Ticket Holders Only)</w:t>
            </w:r>
          </w:p>
        </w:tc>
      </w:tr>
    </w:tbl>
    <w:p w14:paraId="57AE1804" w14:textId="77777777" w:rsidR="00BF4D60" w:rsidRDefault="00BF4D60"/>
    <w:p w14:paraId="4CDC3C27" w14:textId="77777777" w:rsidR="00BF4D60" w:rsidRDefault="00000000">
      <w:pPr>
        <w:pStyle w:val="Heading1"/>
      </w:pPr>
      <w:r>
        <w:t>Friday 11 December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BF4D60" w14:paraId="713029AF" w14:textId="77777777">
        <w:tc>
          <w:tcPr>
            <w:tcW w:w="4320" w:type="dxa"/>
          </w:tcPr>
          <w:p w14:paraId="37FC70D2" w14:textId="77777777" w:rsidR="00BF4D60" w:rsidRDefault="00000000">
            <w:r>
              <w:t>Time</w:t>
            </w:r>
          </w:p>
        </w:tc>
        <w:tc>
          <w:tcPr>
            <w:tcW w:w="4320" w:type="dxa"/>
          </w:tcPr>
          <w:p w14:paraId="6A80FB28" w14:textId="77777777" w:rsidR="00BF4D60" w:rsidRDefault="00000000">
            <w:r>
              <w:t>Activity</w:t>
            </w:r>
          </w:p>
        </w:tc>
      </w:tr>
      <w:tr w:rsidR="00BF4D60" w14:paraId="7FB41552" w14:textId="77777777">
        <w:tc>
          <w:tcPr>
            <w:tcW w:w="4320" w:type="dxa"/>
          </w:tcPr>
          <w:p w14:paraId="5FBC1DF3" w14:textId="77777777" w:rsidR="00BF4D60" w:rsidRDefault="00000000">
            <w:r>
              <w:t>08:00-09:15</w:t>
            </w:r>
          </w:p>
        </w:tc>
        <w:tc>
          <w:tcPr>
            <w:tcW w:w="4320" w:type="dxa"/>
          </w:tcPr>
          <w:p w14:paraId="4ED5EB63" w14:textId="77777777" w:rsidR="00BF4D60" w:rsidRDefault="00000000">
            <w:r>
              <w:t>Session 4: China-UK Skin Consortium</w:t>
            </w:r>
          </w:p>
        </w:tc>
      </w:tr>
      <w:tr w:rsidR="00BF4D60" w14:paraId="7AFE9722" w14:textId="77777777">
        <w:tc>
          <w:tcPr>
            <w:tcW w:w="4320" w:type="dxa"/>
          </w:tcPr>
          <w:p w14:paraId="3AA2DB42" w14:textId="77777777" w:rsidR="00BF4D60" w:rsidRDefault="00000000">
            <w:r>
              <w:t>09:15-10:35</w:t>
            </w:r>
          </w:p>
        </w:tc>
        <w:tc>
          <w:tcPr>
            <w:tcW w:w="4320" w:type="dxa"/>
          </w:tcPr>
          <w:p w14:paraId="14C23F2E" w14:textId="77777777" w:rsidR="00BF4D60" w:rsidRDefault="00000000">
            <w:r>
              <w:t>Session 5: Drug Delivery and Advanced Therapeutics for Skin Disorders</w:t>
            </w:r>
          </w:p>
        </w:tc>
      </w:tr>
      <w:tr w:rsidR="00BF4D60" w14:paraId="2426DF0B" w14:textId="77777777">
        <w:tc>
          <w:tcPr>
            <w:tcW w:w="4320" w:type="dxa"/>
          </w:tcPr>
          <w:p w14:paraId="13F8E1E0" w14:textId="77777777" w:rsidR="00BF4D60" w:rsidRDefault="00000000">
            <w:r>
              <w:t>10:35-11:05</w:t>
            </w:r>
          </w:p>
        </w:tc>
        <w:tc>
          <w:tcPr>
            <w:tcW w:w="4320" w:type="dxa"/>
          </w:tcPr>
          <w:p w14:paraId="4DFDFEDA" w14:textId="77777777" w:rsidR="00BF4D60" w:rsidRDefault="00000000">
            <w:r>
              <w:t>Coffee Break &amp; Poster Viewing</w:t>
            </w:r>
          </w:p>
        </w:tc>
      </w:tr>
      <w:tr w:rsidR="00BF4D60" w14:paraId="0E90E0EC" w14:textId="77777777">
        <w:tc>
          <w:tcPr>
            <w:tcW w:w="4320" w:type="dxa"/>
          </w:tcPr>
          <w:p w14:paraId="0247676A" w14:textId="77777777" w:rsidR="00BF4D60" w:rsidRDefault="00000000">
            <w:r>
              <w:t>11:05-12:48</w:t>
            </w:r>
          </w:p>
        </w:tc>
        <w:tc>
          <w:tcPr>
            <w:tcW w:w="4320" w:type="dxa"/>
          </w:tcPr>
          <w:p w14:paraId="08570CC0" w14:textId="77777777" w:rsidR="00BF4D60" w:rsidRDefault="00000000">
            <w:r>
              <w:t>Session 6: Precision Delivery Technologies and Emerging Skin Therapies</w:t>
            </w:r>
          </w:p>
        </w:tc>
      </w:tr>
      <w:tr w:rsidR="00BF4D60" w14:paraId="6F8E2095" w14:textId="77777777">
        <w:tc>
          <w:tcPr>
            <w:tcW w:w="4320" w:type="dxa"/>
          </w:tcPr>
          <w:p w14:paraId="6711668F" w14:textId="77777777" w:rsidR="00BF4D60" w:rsidRDefault="00000000">
            <w:r>
              <w:t>12:48-13:48</w:t>
            </w:r>
          </w:p>
        </w:tc>
        <w:tc>
          <w:tcPr>
            <w:tcW w:w="4320" w:type="dxa"/>
          </w:tcPr>
          <w:p w14:paraId="21986CAE" w14:textId="77777777" w:rsidR="00BF4D60" w:rsidRDefault="00000000">
            <w:r>
              <w:t>Lunch, Poster Exhibition &amp; Industry Satellite Meeting</w:t>
            </w:r>
          </w:p>
        </w:tc>
      </w:tr>
      <w:tr w:rsidR="00BF4D60" w14:paraId="1110A9D1" w14:textId="77777777">
        <w:tc>
          <w:tcPr>
            <w:tcW w:w="4320" w:type="dxa"/>
          </w:tcPr>
          <w:p w14:paraId="3A84D802" w14:textId="77777777" w:rsidR="00BF4D60" w:rsidRDefault="00000000">
            <w:r>
              <w:t>13:48-15:31</w:t>
            </w:r>
          </w:p>
        </w:tc>
        <w:tc>
          <w:tcPr>
            <w:tcW w:w="4320" w:type="dxa"/>
          </w:tcPr>
          <w:p w14:paraId="155FA384" w14:textId="77777777" w:rsidR="00BF4D60" w:rsidRDefault="00000000">
            <w:r>
              <w:t>Session 7: Regenerative Dermatology and Precision Skin Biology</w:t>
            </w:r>
          </w:p>
        </w:tc>
      </w:tr>
      <w:tr w:rsidR="00BF4D60" w14:paraId="7448A06D" w14:textId="77777777">
        <w:tc>
          <w:tcPr>
            <w:tcW w:w="4320" w:type="dxa"/>
          </w:tcPr>
          <w:p w14:paraId="474F6681" w14:textId="77777777" w:rsidR="00BF4D60" w:rsidRDefault="00000000">
            <w:r>
              <w:t>15:31-16:01</w:t>
            </w:r>
          </w:p>
        </w:tc>
        <w:tc>
          <w:tcPr>
            <w:tcW w:w="4320" w:type="dxa"/>
          </w:tcPr>
          <w:p w14:paraId="4C1C49D0" w14:textId="77777777" w:rsidR="00BF4D60" w:rsidRDefault="00000000">
            <w:r>
              <w:t>Tea/Coffee Break &amp; Poster Viewing</w:t>
            </w:r>
          </w:p>
        </w:tc>
      </w:tr>
      <w:tr w:rsidR="00BF4D60" w14:paraId="78418339" w14:textId="77777777">
        <w:tc>
          <w:tcPr>
            <w:tcW w:w="4320" w:type="dxa"/>
          </w:tcPr>
          <w:p w14:paraId="213F7D12" w14:textId="77777777" w:rsidR="00BF4D60" w:rsidRDefault="00000000">
            <w:r>
              <w:t>16:01-17:44</w:t>
            </w:r>
          </w:p>
        </w:tc>
        <w:tc>
          <w:tcPr>
            <w:tcW w:w="4320" w:type="dxa"/>
          </w:tcPr>
          <w:p w14:paraId="1BADDE9A" w14:textId="77777777" w:rsidR="00BF4D60" w:rsidRDefault="00000000">
            <w:r>
              <w:t xml:space="preserve">Session 8: Precision Dermatology and </w:t>
            </w:r>
            <w:r>
              <w:lastRenderedPageBreak/>
              <w:t>Therapeutic Innovation in Psoriatic Disease</w:t>
            </w:r>
          </w:p>
        </w:tc>
      </w:tr>
      <w:tr w:rsidR="00BF4D60" w14:paraId="4CB6C996" w14:textId="77777777">
        <w:tc>
          <w:tcPr>
            <w:tcW w:w="4320" w:type="dxa"/>
          </w:tcPr>
          <w:p w14:paraId="04541447" w14:textId="77777777" w:rsidR="00BF4D60" w:rsidRDefault="00000000">
            <w:r>
              <w:lastRenderedPageBreak/>
              <w:t>17:44-18:30</w:t>
            </w:r>
          </w:p>
        </w:tc>
        <w:tc>
          <w:tcPr>
            <w:tcW w:w="4320" w:type="dxa"/>
          </w:tcPr>
          <w:p w14:paraId="289A90EE" w14:textId="77777777" w:rsidR="00BF4D60" w:rsidRDefault="00000000">
            <w:r>
              <w:t>Session 9: Translation to Patient-Centred Dermatology &amp; Closing Ceremony</w:t>
            </w:r>
          </w:p>
        </w:tc>
      </w:tr>
      <w:tr w:rsidR="00BF4D60" w14:paraId="6B71BC1B" w14:textId="77777777">
        <w:tc>
          <w:tcPr>
            <w:tcW w:w="4320" w:type="dxa"/>
          </w:tcPr>
          <w:p w14:paraId="1B605224" w14:textId="77777777" w:rsidR="00BF4D60" w:rsidRDefault="00000000">
            <w:r>
              <w:t>18:30</w:t>
            </w:r>
          </w:p>
        </w:tc>
        <w:tc>
          <w:tcPr>
            <w:tcW w:w="4320" w:type="dxa"/>
          </w:tcPr>
          <w:p w14:paraId="593BEFF7" w14:textId="77777777" w:rsidR="00BF4D60" w:rsidRDefault="00000000">
            <w:r>
              <w:t>Conference Close</w:t>
            </w:r>
          </w:p>
        </w:tc>
      </w:tr>
    </w:tbl>
    <w:p w14:paraId="054A4ECC" w14:textId="77777777" w:rsidR="00BF4D60" w:rsidRDefault="00BF4D60"/>
    <w:sectPr w:rsidR="00BF4D6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6555985">
    <w:abstractNumId w:val="8"/>
  </w:num>
  <w:num w:numId="2" w16cid:durableId="1711687097">
    <w:abstractNumId w:val="6"/>
  </w:num>
  <w:num w:numId="3" w16cid:durableId="1573543308">
    <w:abstractNumId w:val="5"/>
  </w:num>
  <w:num w:numId="4" w16cid:durableId="1345211072">
    <w:abstractNumId w:val="4"/>
  </w:num>
  <w:num w:numId="5" w16cid:durableId="192115583">
    <w:abstractNumId w:val="7"/>
  </w:num>
  <w:num w:numId="6" w16cid:durableId="1367366116">
    <w:abstractNumId w:val="3"/>
  </w:num>
  <w:num w:numId="7" w16cid:durableId="16203340">
    <w:abstractNumId w:val="2"/>
  </w:num>
  <w:num w:numId="8" w16cid:durableId="367993195">
    <w:abstractNumId w:val="1"/>
  </w:num>
  <w:num w:numId="9" w16cid:durableId="274676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002C"/>
    <w:rsid w:val="007B1BCB"/>
    <w:rsid w:val="00AA1D8D"/>
    <w:rsid w:val="00B47730"/>
    <w:rsid w:val="00BF4D6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EBD9E"/>
  <w14:defaultImageDpi w14:val="300"/>
  <w15:docId w15:val="{C0DEAB47-8991-44B1-A329-9F0825C0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Charareh Pourzand</dc:creator>
  <cp:keywords/>
  <dc:description>generated by python-docx</dc:description>
  <cp:lastModifiedBy>Charareh Pourzand</cp:lastModifiedBy>
  <cp:revision>2</cp:revision>
  <dcterms:created xsi:type="dcterms:W3CDTF">2026-10-15T22:43:00Z</dcterms:created>
  <dcterms:modified xsi:type="dcterms:W3CDTF">2026-10-15T22:43:00Z</dcterms:modified>
  <cp:category/>
</cp:coreProperties>
</file>